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DA62" w14:textId="77777777" w:rsidR="0041048B" w:rsidRDefault="0041048B" w:rsidP="0041048B">
      <w:pPr>
        <w:pStyle w:val="Naslov"/>
        <w:jc w:val="center"/>
        <w:rPr>
          <w:rFonts w:asciiTheme="minorHAnsi" w:hAnsiTheme="minorHAnsi"/>
        </w:rPr>
      </w:pPr>
    </w:p>
    <w:p w14:paraId="1731F2BE" w14:textId="64BC846B" w:rsidR="0041048B" w:rsidRPr="0041048B" w:rsidRDefault="00A1556E" w:rsidP="0041048B">
      <w:pPr>
        <w:pStyle w:val="Naslov"/>
        <w:jc w:val="center"/>
        <w:rPr>
          <w:rFonts w:asciiTheme="minorHAnsi" w:hAnsiTheme="minorHAnsi"/>
        </w:rPr>
      </w:pPr>
      <w:proofErr w:type="spellStart"/>
      <w:r w:rsidRPr="0041048B">
        <w:rPr>
          <w:rFonts w:asciiTheme="minorHAnsi" w:hAnsiTheme="minorHAnsi"/>
        </w:rPr>
        <w:t>Prijava</w:t>
      </w:r>
      <w:proofErr w:type="spellEnd"/>
      <w:r w:rsidRPr="0041048B">
        <w:rPr>
          <w:rFonts w:asciiTheme="minorHAnsi" w:hAnsiTheme="minorHAnsi"/>
        </w:rPr>
        <w:t xml:space="preserve"> za </w:t>
      </w:r>
    </w:p>
    <w:p w14:paraId="5F466C7F" w14:textId="0E94901E" w:rsidR="006901A0" w:rsidRPr="0041048B" w:rsidRDefault="0041048B" w:rsidP="0041048B">
      <w:pPr>
        <w:pStyle w:val="Naslov"/>
        <w:jc w:val="center"/>
        <w:rPr>
          <w:rFonts w:asciiTheme="minorHAnsi" w:hAnsiTheme="minorHAnsi"/>
        </w:rPr>
      </w:pPr>
      <w:r w:rsidRPr="0041048B">
        <w:rPr>
          <w:rFonts w:asciiTheme="minorHAnsi" w:hAnsiTheme="minorHAnsi"/>
        </w:rPr>
        <w:t>SEMINAR O JAVNIM NABAVKAMA</w:t>
      </w:r>
    </w:p>
    <w:p w14:paraId="2BBD1A9B" w14:textId="6C083225" w:rsidR="006901A0" w:rsidRPr="0041048B" w:rsidRDefault="00085599" w:rsidP="00085599">
      <w:pPr>
        <w:tabs>
          <w:tab w:val="center" w:pos="5256"/>
          <w:tab w:val="left" w:pos="943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color w:val="A77E35"/>
          <w:sz w:val="28"/>
          <w:szCs w:val="28"/>
        </w:rPr>
        <w:tab/>
      </w:r>
      <w:r w:rsidR="00A1556E" w:rsidRPr="0041048B">
        <w:rPr>
          <w:rFonts w:asciiTheme="minorHAnsi" w:hAnsiTheme="minorHAnsi"/>
          <w:b/>
          <w:color w:val="A77E35"/>
          <w:sz w:val="28"/>
          <w:szCs w:val="28"/>
        </w:rPr>
        <w:t>23. NOVEMBAR 2026.</w:t>
      </w:r>
      <w:r w:rsidR="00A1556E" w:rsidRPr="0041048B">
        <w:rPr>
          <w:rFonts w:asciiTheme="minorHAnsi" w:hAnsiTheme="minorHAnsi"/>
          <w:b/>
          <w:sz w:val="28"/>
          <w:szCs w:val="28"/>
        </w:rPr>
        <w:t xml:space="preserve">   |   Hotel Mona Plaza, Beograd</w:t>
      </w:r>
      <w:r>
        <w:rPr>
          <w:rFonts w:asciiTheme="minorHAnsi" w:hAnsiTheme="minorHAnsi"/>
          <w:b/>
          <w:sz w:val="28"/>
          <w:szCs w:val="28"/>
        </w:rPr>
        <w:tab/>
      </w:r>
    </w:p>
    <w:p w14:paraId="10B27751" w14:textId="77777777" w:rsidR="006901A0" w:rsidRPr="0041048B" w:rsidRDefault="00A1556E" w:rsidP="0041048B">
      <w:pPr>
        <w:spacing w:after="120"/>
        <w:jc w:val="center"/>
        <w:rPr>
          <w:rFonts w:asciiTheme="minorHAnsi" w:hAnsiTheme="minorHAnsi"/>
          <w:sz w:val="24"/>
          <w:szCs w:val="24"/>
        </w:rPr>
      </w:pPr>
      <w:r w:rsidRPr="0041048B">
        <w:rPr>
          <w:rFonts w:asciiTheme="minorHAnsi" w:hAnsiTheme="minorHAnsi"/>
          <w:sz w:val="24"/>
          <w:szCs w:val="24"/>
        </w:rPr>
        <w:t xml:space="preserve">Cara </w:t>
      </w:r>
      <w:proofErr w:type="spellStart"/>
      <w:r w:rsidRPr="0041048B">
        <w:rPr>
          <w:rFonts w:asciiTheme="minorHAnsi" w:hAnsiTheme="minorHAnsi"/>
          <w:sz w:val="24"/>
          <w:szCs w:val="24"/>
        </w:rPr>
        <w:t>Uroša</w:t>
      </w:r>
      <w:proofErr w:type="spellEnd"/>
      <w:r w:rsidRPr="0041048B">
        <w:rPr>
          <w:rFonts w:asciiTheme="minorHAnsi" w:hAnsiTheme="minorHAnsi"/>
          <w:sz w:val="24"/>
          <w:szCs w:val="24"/>
        </w:rPr>
        <w:t xml:space="preserve"> 62–64, </w:t>
      </w:r>
      <w:proofErr w:type="spellStart"/>
      <w:r w:rsidRPr="0041048B">
        <w:rPr>
          <w:rFonts w:asciiTheme="minorHAnsi" w:hAnsiTheme="minorHAnsi"/>
          <w:sz w:val="24"/>
          <w:szCs w:val="24"/>
        </w:rPr>
        <w:t>Dorćol</w:t>
      </w:r>
      <w:proofErr w:type="spellEnd"/>
    </w:p>
    <w:p w14:paraId="0F11AAAC" w14:textId="77777777" w:rsidR="0041048B" w:rsidRPr="0041048B" w:rsidRDefault="0041048B">
      <w:pPr>
        <w:pStyle w:val="Naslov2"/>
        <w:rPr>
          <w:rFonts w:asciiTheme="minorHAnsi" w:hAnsiTheme="minorHAnsi"/>
        </w:rPr>
      </w:pPr>
    </w:p>
    <w:p w14:paraId="48EE085C" w14:textId="7469849F" w:rsidR="006901A0" w:rsidRPr="0041048B" w:rsidRDefault="00A1556E">
      <w:pPr>
        <w:pStyle w:val="Naslov2"/>
        <w:shd w:val="clear" w:color="auto" w:fill="3F6087"/>
        <w:spacing w:before="140" w:after="140"/>
        <w:rPr>
          <w:rFonts w:asciiTheme="minorHAnsi" w:hAnsiTheme="minorHAnsi"/>
          <w:sz w:val="26"/>
        </w:rPr>
      </w:pPr>
      <w:r w:rsidRPr="0041048B">
        <w:rPr>
          <w:rFonts w:asciiTheme="minorHAnsi" w:hAnsiTheme="minorHAnsi"/>
          <w:color w:val="FFFFFF"/>
          <w:sz w:val="26"/>
        </w:rPr>
        <w:t xml:space="preserve">01   </w:t>
      </w:r>
      <w:proofErr w:type="spellStart"/>
      <w:r w:rsidRPr="0041048B">
        <w:rPr>
          <w:rFonts w:asciiTheme="minorHAnsi" w:hAnsiTheme="minorHAnsi"/>
          <w:color w:val="FFFFFF"/>
          <w:sz w:val="26"/>
        </w:rPr>
        <w:t>Podaci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ustanove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ili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kompanije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6901A0" w:rsidRPr="0041048B" w14:paraId="592193A3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38231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Naziv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ustanove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ili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kompanije</w:t>
            </w:r>
            <w:proofErr w:type="spellEnd"/>
          </w:p>
          <w:p w14:paraId="5D668AA9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Naziv ustanove ili kompanije"/>
                <w:tag w:val="Naziv ustanove ili kompanije"/>
                <w:id w:val="1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E24EC9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Mesto i</w:t>
            </w:r>
            <w:proofErr w:type="gram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adresa</w:t>
            </w:r>
          </w:p>
          <w:p w14:paraId="21F5433F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Mesto i adresa"/>
                <w:tag w:val="Mesto i adresa"/>
                <w:id w:val="2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  <w:tr w:rsidR="006901A0" w:rsidRPr="0041048B" w14:paraId="7DDF6D9F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29C68D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Telefon</w:t>
            </w:r>
          </w:p>
          <w:p w14:paraId="75B31677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Telefon"/>
                <w:tag w:val="Telefon"/>
                <w:id w:val="3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1CE2F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PIB</w:t>
            </w:r>
          </w:p>
          <w:p w14:paraId="12FFE420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PIB"/>
                <w:tag w:val="PIB"/>
                <w:id w:val="4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  <w:tr w:rsidR="006901A0" w:rsidRPr="0041048B" w14:paraId="077DEAD9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7D7055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Matični broj</w:t>
            </w:r>
          </w:p>
          <w:p w14:paraId="0A4B6B96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Matični broj"/>
                <w:tag w:val="Matični broj"/>
                <w:id w:val="5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B12F7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KJS</w:t>
            </w:r>
          </w:p>
          <w:p w14:paraId="48C34D6B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KJS"/>
                <w:tag w:val="KJS"/>
                <w:id w:val="6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</w:tbl>
    <w:p w14:paraId="6B57875A" w14:textId="77777777" w:rsidR="0041048B" w:rsidRDefault="0041048B">
      <w:pPr>
        <w:pStyle w:val="Naslov2"/>
        <w:rPr>
          <w:rFonts w:asciiTheme="minorHAnsi" w:hAnsiTheme="minorHAnsi"/>
        </w:rPr>
      </w:pPr>
    </w:p>
    <w:p w14:paraId="04A74CAB" w14:textId="24F5234A" w:rsidR="006901A0" w:rsidRPr="0041048B" w:rsidRDefault="00A1556E">
      <w:pPr>
        <w:pStyle w:val="Naslov2"/>
        <w:shd w:val="clear" w:color="auto" w:fill="3F6087"/>
        <w:spacing w:before="140" w:after="140"/>
        <w:rPr>
          <w:rFonts w:asciiTheme="minorHAnsi" w:hAnsiTheme="minorHAnsi"/>
          <w:sz w:val="26"/>
        </w:rPr>
      </w:pPr>
      <w:r w:rsidRPr="0041048B">
        <w:rPr>
          <w:rFonts w:asciiTheme="minorHAnsi" w:hAnsiTheme="minorHAnsi"/>
          <w:color w:val="FFFFFF"/>
          <w:sz w:val="26"/>
        </w:rPr>
        <w:t xml:space="preserve">02   </w:t>
      </w:r>
      <w:proofErr w:type="spellStart"/>
      <w:r w:rsidRPr="0041048B">
        <w:rPr>
          <w:rFonts w:asciiTheme="minorHAnsi" w:hAnsiTheme="minorHAnsi"/>
          <w:color w:val="FFFFFF"/>
          <w:sz w:val="26"/>
        </w:rPr>
        <w:t>Podaci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učesnika</w:t>
      </w:r>
      <w:proofErr w:type="spellEnd"/>
    </w:p>
    <w:p w14:paraId="2134FAB0" w14:textId="77777777" w:rsidR="006901A0" w:rsidRPr="0041048B" w:rsidRDefault="00A1556E">
      <w:pPr>
        <w:rPr>
          <w:rFonts w:asciiTheme="minorHAnsi" w:hAnsiTheme="minorHAnsi"/>
          <w:sz w:val="24"/>
          <w:szCs w:val="24"/>
        </w:rPr>
      </w:pPr>
      <w:r w:rsidRPr="0041048B">
        <w:rPr>
          <w:rFonts w:asciiTheme="minorHAnsi" w:hAnsiTheme="minorHAnsi"/>
          <w:b/>
          <w:sz w:val="24"/>
          <w:szCs w:val="24"/>
        </w:rPr>
        <w:t xml:space="preserve">Broj prijavljenih učesnika   </w:t>
      </w:r>
      <w:sdt>
        <w:sdtPr>
          <w:rPr>
            <w:rFonts w:asciiTheme="minorHAnsi" w:hAnsiTheme="minorHAnsi"/>
            <w:sz w:val="24"/>
            <w:szCs w:val="24"/>
          </w:rPr>
          <w:alias w:val="Broj učesnika"/>
          <w:tag w:val="Broj učesnika"/>
          <w:id w:val="7"/>
          <w:lock w:val="sdtLocked"/>
          <w:placeholder>
            <w:docPart w:val="PublicAktivUnos"/>
          </w:placeholder>
          <w:showingPlcHdr/>
          <w:text/>
        </w:sdtPr>
        <w:sdtContent>
          <w:r w:rsidRPr="0041048B">
            <w:rPr>
              <w:rFonts w:asciiTheme="minorHAnsi" w:hAnsiTheme="minorHAnsi"/>
              <w:color w:val="8B97A6"/>
              <w:sz w:val="24"/>
              <w:szCs w:val="24"/>
            </w:rPr>
            <w:t>Kliknite za unos</w:t>
          </w:r>
        </w:sdtContent>
      </w:sdt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672"/>
        <w:gridCol w:w="4104"/>
        <w:gridCol w:w="2232"/>
      </w:tblGrid>
      <w:tr w:rsidR="006901A0" w:rsidRPr="0041048B" w14:paraId="096ECFCE" w14:textId="77777777">
        <w:trPr>
          <w:cantSplit/>
          <w:tblHeader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81FF1E" w14:textId="77777777" w:rsidR="006901A0" w:rsidRPr="0041048B" w:rsidRDefault="006901A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4D8D1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Ime i prezime</w:t>
            </w:r>
          </w:p>
        </w:tc>
        <w:tc>
          <w:tcPr>
            <w:tcW w:w="41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9ECF99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8EFC37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Mobilni telefon</w:t>
            </w:r>
          </w:p>
        </w:tc>
      </w:tr>
      <w:sdt>
        <w:sdtPr>
          <w:alias w:val="Dodavanje učesnika"/>
          <w:tag w:val="UcesniciPonavljanje"/>
          <w:id w:val="29000"/>
          <w15:repeatingSection/>
        </w:sdtPr>
        <w:sdtContent>
          <w:sdt>
            <w:sdtPr>
              <w:id w:val="29100"/>
              <w15:repeatingSectionItem/>
            </w:sdtPr>
            <w:sdtContent>
              <w:tr w:rsidR="006901A0" w:rsidRPr="0041048B" w14:paraId="701DC304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B26D531" w14:textId="4F015D5E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BCDC452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1"/>
                        <w:tag w:val="Ime i prezime 1"/>
                        <w:id w:val="8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FF139A8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1"/>
                        <w:tag w:val="E-mail 1"/>
                        <w:id w:val="9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243DC0E4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1"/>
                        <w:tag w:val="Mobilni telefon 1"/>
                        <w:id w:val="10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1"/>
              <w15:repeatingSectionItem/>
            </w:sdtPr>
            <w:sdtContent>
              <w:tr w:rsidR="006901A0" w:rsidRPr="0041048B" w14:paraId="63CE9B1C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40CF68A3" w14:textId="6152E685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6FEE1C8A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2"/>
                        <w:tag w:val="Ime i prezime 2"/>
                        <w:id w:val="11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CC9C67B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2"/>
                        <w:tag w:val="E-mail 2"/>
                        <w:id w:val="12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3D0295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2"/>
                        <w:tag w:val="Mobilni telefon 2"/>
                        <w:id w:val="13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2"/>
              <w15:repeatingSectionItem/>
            </w:sdtPr>
            <w:sdtContent>
              <w:tr w:rsidR="006901A0" w:rsidRPr="0041048B" w14:paraId="34CF2026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8217D55" w14:textId="0C5C3C07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7D1D889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3"/>
                        <w:tag w:val="Ime i prezime 3"/>
                        <w:id w:val="14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86CAB28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3"/>
                        <w:tag w:val="E-mail 3"/>
                        <w:id w:val="15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BEED78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3"/>
                        <w:tag w:val="Mobilni telefon 3"/>
                        <w:id w:val="16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3"/>
              <w15:repeatingSectionItem/>
            </w:sdtPr>
            <w:sdtContent>
              <w:tr w:rsidR="006901A0" w:rsidRPr="0041048B" w14:paraId="72141E9E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9111DEF" w14:textId="0AFB6537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0B6224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4"/>
                        <w:tag w:val="Ime i prezime 4"/>
                        <w:id w:val="17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64DF070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4"/>
                        <w:tag w:val="E-mail 4"/>
                        <w:id w:val="18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470DA8DE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4"/>
                        <w:tag w:val="Mobilni telefon 4"/>
                        <w:id w:val="19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4"/>
              <w15:repeatingSectionItem/>
            </w:sdtPr>
            <w:sdtContent>
              <w:tr w:rsidR="006901A0" w:rsidRPr="0041048B" w14:paraId="7D9841C0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8E788AA" w14:textId="2219ECAD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5729F93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5"/>
                        <w:tag w:val="Ime i prezime 5"/>
                        <w:id w:val="20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9609EA0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5"/>
                        <w:tag w:val="E-mail 5"/>
                        <w:id w:val="21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5AB219E5" w14:textId="6565CF3D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5"/>
                        <w:tag w:val="Mobilni telefon 5"/>
                        <w:id w:val="22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5"/>
              <w15:repeatingSectionItem/>
            </w:sdtPr>
            <w:sdtContent>
              <w:tr w:rsidR="006F20C4" w:rsidRPr="0041048B" w14:paraId="02006D17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D5AD114" w14:textId="585F6FE5" w:rsidR="006F20C4" w:rsidRPr="0041048B" w:rsidRDefault="006F20C4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2013D83D" w14:textId="77777777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5"/>
                        <w:tag w:val="Ime i prezime 5"/>
                        <w:id w:val="-1599095177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45B6C42" w14:textId="77777777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5"/>
                        <w:tag w:val="E-mail 5"/>
                        <w:id w:val="1328474489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255007C" w14:textId="70C2502B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5"/>
                        <w:tag w:val="Mobilni telefon 5"/>
                        <w:id w:val="1107319382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872D9A" w14:textId="77777777" w:rsidR="0041048B" w:rsidRDefault="0041048B">
      <w:pPr>
        <w:spacing w:before="90" w:after="40"/>
        <w:rPr>
          <w:rFonts w:asciiTheme="minorHAnsi" w:hAnsiTheme="minorHAnsi"/>
          <w:bCs/>
          <w:sz w:val="24"/>
          <w:szCs w:val="24"/>
        </w:rPr>
      </w:pPr>
    </w:p>
    <w:p w14:paraId="551F619A" w14:textId="571D27A8" w:rsidR="006901A0" w:rsidRPr="0041048B" w:rsidRDefault="00A1556E">
      <w:pPr>
        <w:spacing w:before="90" w:after="40"/>
        <w:rPr>
          <w:rFonts w:asciiTheme="minorHAnsi" w:hAnsiTheme="minorHAnsi"/>
          <w:bCs/>
          <w:sz w:val="24"/>
          <w:szCs w:val="24"/>
        </w:rPr>
      </w:pPr>
      <w:r w:rsidRPr="0041048B">
        <w:rPr>
          <w:rFonts w:asciiTheme="minorHAnsi" w:hAnsiTheme="minorHAnsi"/>
          <w:bCs/>
          <w:sz w:val="24"/>
          <w:szCs w:val="24"/>
        </w:rPr>
        <w:t xml:space="preserve">Za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više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učesnika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kliknite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u poslednji red, pa na dugme + uz njegovu desnu ivicu.</w:t>
      </w:r>
    </w:p>
    <w:p w14:paraId="5AD51575" w14:textId="77777777" w:rsidR="001F2E74" w:rsidRDefault="00A1556E">
      <w:pPr>
        <w:pageBreakBefore/>
        <w:shd w:val="clear" w:color="auto" w:fill="3F6087"/>
        <w:spacing w:before="140" w:after="140"/>
      </w:pPr>
      <w:r>
        <w:rPr>
          <w:rFonts w:ascii="Cambria" w:hAnsi="Cambria"/>
          <w:b/>
          <w:color w:val="FFFFFF"/>
          <w:sz w:val="30"/>
        </w:rPr>
        <w:lastRenderedPageBreak/>
        <w:t>03   Način učešća i kotizacija</w:t>
      </w:r>
    </w:p>
    <w:p w14:paraId="3BA5115B" w14:textId="77777777" w:rsidR="001F2E74" w:rsidRDefault="00A1556E">
      <w:r>
        <w:rPr>
          <w:rFonts w:ascii="Cambria" w:hAnsi="Cambria"/>
          <w:sz w:val="22"/>
        </w:rPr>
        <w:t>Klikom označite jednu opciju za prijavljene učesnike.</w:t>
      </w:r>
    </w:p>
    <w:tbl>
      <w:tblPr>
        <w:tblW w:w="1051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1F2E74" w14:paraId="46677D66" w14:textId="77777777">
        <w:trPr>
          <w:cantSplit/>
        </w:trPr>
        <w:tc>
          <w:tcPr>
            <w:tcW w:w="5256" w:type="dxa"/>
            <w:shd w:val="clear" w:color="auto" w:fill="F1F5F9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697A075" w14:textId="487C4855" w:rsidR="001F2E74" w:rsidRDefault="00000000">
            <w:pPr>
              <w:spacing w:before="240" w:after="100"/>
            </w:pPr>
            <w:sdt>
              <w:sdtPr>
                <w:alias w:val="UŽIVO — Hotel Mona Plaza"/>
                <w:tag w:val="UŽIVO — Hotel Mona Plaza"/>
                <w:id w:val="18000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D1335D">
                  <w:rPr>
                    <w:rFonts w:ascii="Segoe UI Symbol" w:hAnsi="Segoe UI Symbol"/>
                  </w:rPr>
                  <w:t>☐</w:t>
                </w:r>
              </w:sdtContent>
            </w:sdt>
            <w:r w:rsidR="00A1556E">
              <w:rPr>
                <w:rFonts w:ascii="Cambria" w:hAnsi="Cambria"/>
                <w:b/>
                <w:sz w:val="24"/>
              </w:rPr>
              <w:t xml:space="preserve">  UŽIVO — Hotel Mona Plaza</w:t>
            </w:r>
          </w:p>
          <w:p w14:paraId="41F37E86" w14:textId="77777777" w:rsidR="001F2E74" w:rsidRDefault="00A1556E">
            <w:r>
              <w:rPr>
                <w:rFonts w:ascii="Cambria" w:hAnsi="Cambria"/>
                <w:b/>
                <w:color w:val="A77E35"/>
                <w:sz w:val="24"/>
              </w:rPr>
              <w:t>32.900 dinara + PDV po učesniku</w:t>
            </w:r>
          </w:p>
          <w:p w14:paraId="3549A23D" w14:textId="77777777" w:rsidR="001F2E74" w:rsidRDefault="00A1556E">
            <w:r>
              <w:rPr>
                <w:rFonts w:ascii="Cambria" w:hAnsi="Cambria"/>
                <w:sz w:val="22"/>
              </w:rPr>
              <w:t>• Prisustvovanje predavanjima i postavljanje pitanja predavačima</w:t>
            </w:r>
          </w:p>
          <w:p w14:paraId="64E1C38B" w14:textId="77777777" w:rsidR="001F2E74" w:rsidRDefault="00A1556E">
            <w:r>
              <w:rPr>
                <w:rFonts w:ascii="Cambria" w:hAnsi="Cambria"/>
                <w:sz w:val="22"/>
              </w:rPr>
              <w:t>• Prezentacije u štampanoj i elektronskoj formi</w:t>
            </w:r>
          </w:p>
          <w:p w14:paraId="44178CFA" w14:textId="77777777" w:rsidR="001F2E74" w:rsidRDefault="00A1556E">
            <w:r>
              <w:rPr>
                <w:rFonts w:ascii="Cambria" w:hAnsi="Cambria"/>
                <w:sz w:val="22"/>
              </w:rPr>
              <w:t>• Ručak i kafe pauza</w:t>
            </w:r>
          </w:p>
        </w:tc>
        <w:tc>
          <w:tcPr>
            <w:tcW w:w="5256" w:type="dxa"/>
            <w:shd w:val="clear" w:color="auto" w:fill="F1F5F9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68838B9" w14:textId="3D0619FA" w:rsidR="001F2E74" w:rsidRDefault="00000000">
            <w:pPr>
              <w:spacing w:before="240" w:after="100"/>
            </w:pPr>
            <w:sdt>
              <w:sdtPr>
                <w:alias w:val="ONLAJN — putem Zooma"/>
                <w:tag w:val="ONLAJN — putem Zooma"/>
                <w:id w:val="18001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D1335D">
                  <w:rPr>
                    <w:rFonts w:ascii="Segoe UI Symbol" w:hAnsi="Segoe UI Symbol"/>
                  </w:rPr>
                  <w:t>☐</w:t>
                </w:r>
              </w:sdtContent>
            </w:sdt>
            <w:r w:rsidR="00A1556E">
              <w:rPr>
                <w:rFonts w:ascii="Cambria" w:hAnsi="Cambria"/>
                <w:b/>
                <w:sz w:val="24"/>
              </w:rPr>
              <w:t xml:space="preserve">  ONLAJN — </w:t>
            </w:r>
            <w:proofErr w:type="spellStart"/>
            <w:r w:rsidR="00A1556E">
              <w:rPr>
                <w:rFonts w:ascii="Cambria" w:hAnsi="Cambria"/>
                <w:b/>
                <w:sz w:val="24"/>
              </w:rPr>
              <w:t>putem</w:t>
            </w:r>
            <w:proofErr w:type="spellEnd"/>
            <w:r w:rsidR="00A1556E">
              <w:rPr>
                <w:rFonts w:ascii="Cambria" w:hAnsi="Cambria"/>
                <w:b/>
                <w:sz w:val="24"/>
              </w:rPr>
              <w:t xml:space="preserve"> Zooma</w:t>
            </w:r>
          </w:p>
          <w:p w14:paraId="42F4EC3F" w14:textId="77777777" w:rsidR="001F2E74" w:rsidRDefault="00A1556E">
            <w:r>
              <w:rPr>
                <w:rFonts w:ascii="Cambria" w:hAnsi="Cambria"/>
                <w:b/>
                <w:color w:val="A77E35"/>
                <w:sz w:val="24"/>
              </w:rPr>
              <w:t>16.900 dinara + PDV po učesniku</w:t>
            </w:r>
          </w:p>
          <w:p w14:paraId="4917FAF6" w14:textId="77777777" w:rsidR="001F2E74" w:rsidRDefault="00A1556E">
            <w:r>
              <w:rPr>
                <w:rFonts w:ascii="Cambria" w:hAnsi="Cambria"/>
                <w:sz w:val="22"/>
              </w:rPr>
              <w:t>• Praćenje predavanja uživo putem Zooma</w:t>
            </w:r>
          </w:p>
          <w:p w14:paraId="3803938C" w14:textId="77777777" w:rsidR="001F2E74" w:rsidRDefault="00A1556E">
            <w:r>
              <w:rPr>
                <w:rFonts w:ascii="Cambria" w:hAnsi="Cambria"/>
                <w:sz w:val="22"/>
              </w:rPr>
              <w:t>• Postavljanje pitanja putem četa</w:t>
            </w:r>
          </w:p>
          <w:p w14:paraId="7C403613" w14:textId="77777777" w:rsidR="001F2E74" w:rsidRDefault="00A1556E">
            <w:r>
              <w:rPr>
                <w:rFonts w:ascii="Cambria" w:hAnsi="Cambria"/>
                <w:sz w:val="22"/>
              </w:rPr>
              <w:t>• Prezentacije u elektronskoj formi</w:t>
            </w:r>
          </w:p>
        </w:tc>
      </w:tr>
    </w:tbl>
    <w:p w14:paraId="0B428DB2" w14:textId="77777777" w:rsidR="001F2E74" w:rsidRDefault="00A1556E">
      <w:pPr>
        <w:spacing w:before="300"/>
      </w:pPr>
      <w:r>
        <w:rPr>
          <w:rFonts w:ascii="Cambria" w:hAnsi="Cambria"/>
          <w:b/>
          <w:sz w:val="28"/>
        </w:rPr>
        <w:t>Prijava i uplata</w:t>
      </w:r>
    </w:p>
    <w:p w14:paraId="13429EC3" w14:textId="4D553023" w:rsidR="001F2E74" w:rsidRDefault="00A1556E">
      <w:r>
        <w:rPr>
          <w:rFonts w:ascii="Cambria" w:hAnsi="Cambria"/>
          <w:sz w:val="24"/>
        </w:rPr>
        <w:t xml:space="preserve">Popunjenu prijavu pošaljite na office@publicaktiv.com. Po </w:t>
      </w:r>
      <w:proofErr w:type="spellStart"/>
      <w:r>
        <w:rPr>
          <w:rFonts w:ascii="Cambria" w:hAnsi="Cambria"/>
          <w:sz w:val="24"/>
        </w:rPr>
        <w:t>prijemu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prijave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 w:rsidR="005C31F3">
        <w:rPr>
          <w:rFonts w:ascii="Cambria" w:hAnsi="Cambria"/>
          <w:sz w:val="24"/>
        </w:rPr>
        <w:t>biće</w:t>
      </w:r>
      <w:proofErr w:type="spellEnd"/>
      <w:r w:rsidR="005C31F3"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dostavlj</w:t>
      </w:r>
      <w:r w:rsidR="00FE7275">
        <w:rPr>
          <w:rFonts w:ascii="Cambria" w:hAnsi="Cambria"/>
          <w:sz w:val="24"/>
        </w:rPr>
        <w:t>en</w:t>
      </w:r>
      <w:proofErr w:type="spellEnd"/>
      <w:r w:rsidR="00FE7275"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predračun</w:t>
      </w:r>
      <w:proofErr w:type="spellEnd"/>
      <w:r>
        <w:rPr>
          <w:rFonts w:ascii="Cambria" w:hAnsi="Cambria"/>
          <w:sz w:val="24"/>
        </w:rPr>
        <w:t xml:space="preserve"> za </w:t>
      </w:r>
      <w:proofErr w:type="spellStart"/>
      <w:r>
        <w:rPr>
          <w:rFonts w:ascii="Cambria" w:hAnsi="Cambria"/>
          <w:sz w:val="24"/>
        </w:rPr>
        <w:t>uplatu</w:t>
      </w:r>
      <w:proofErr w:type="spellEnd"/>
      <w:r>
        <w:rPr>
          <w:rFonts w:ascii="Cambria" w:hAnsi="Cambria"/>
          <w:sz w:val="24"/>
        </w:rPr>
        <w:t>.</w:t>
      </w:r>
    </w:p>
    <w:p w14:paraId="7DD1620C" w14:textId="77777777" w:rsidR="001F2E74" w:rsidRDefault="00A1556E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Rok za </w:t>
      </w:r>
      <w:proofErr w:type="spellStart"/>
      <w:r>
        <w:rPr>
          <w:rFonts w:ascii="Cambria" w:hAnsi="Cambria"/>
          <w:b/>
          <w:sz w:val="24"/>
        </w:rPr>
        <w:t>prijavu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i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uplatu</w:t>
      </w:r>
      <w:proofErr w:type="spellEnd"/>
      <w:r>
        <w:rPr>
          <w:rFonts w:ascii="Cambria" w:hAnsi="Cambria"/>
          <w:b/>
          <w:sz w:val="24"/>
        </w:rPr>
        <w:t xml:space="preserve"> pod </w:t>
      </w:r>
      <w:proofErr w:type="spellStart"/>
      <w:r>
        <w:rPr>
          <w:rFonts w:ascii="Cambria" w:hAnsi="Cambria"/>
          <w:b/>
          <w:sz w:val="24"/>
        </w:rPr>
        <w:t>navedenim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uslovima</w:t>
      </w:r>
      <w:proofErr w:type="spellEnd"/>
      <w:r>
        <w:rPr>
          <w:rFonts w:ascii="Cambria" w:hAnsi="Cambria"/>
          <w:b/>
          <w:sz w:val="24"/>
        </w:rPr>
        <w:t xml:space="preserve"> je 16.11.2026.</w:t>
      </w:r>
    </w:p>
    <w:p w14:paraId="6A7648C1" w14:textId="77777777" w:rsidR="00371B9A" w:rsidRDefault="00371B9A"/>
    <w:p w14:paraId="64AB63F0" w14:textId="77777777" w:rsidR="001F2E74" w:rsidRDefault="00A1556E">
      <w:pPr>
        <w:shd w:val="clear" w:color="auto" w:fill="3F6087"/>
        <w:spacing w:before="140" w:after="140"/>
      </w:pPr>
      <w:r>
        <w:rPr>
          <w:rFonts w:ascii="Cambria" w:hAnsi="Cambria"/>
          <w:b/>
          <w:color w:val="FFFFFF"/>
          <w:sz w:val="30"/>
        </w:rPr>
        <w:t>04   Uslovi prijave</w:t>
      </w:r>
    </w:p>
    <w:p w14:paraId="1E25D883" w14:textId="77777777" w:rsidR="001F2E74" w:rsidRPr="00D1335D" w:rsidRDefault="00A1556E">
      <w:pPr>
        <w:rPr>
          <w:sz w:val="24"/>
          <w:szCs w:val="24"/>
        </w:rPr>
      </w:pPr>
      <w:r w:rsidRPr="00D1335D">
        <w:rPr>
          <w:rFonts w:ascii="Cambria" w:hAnsi="Cambria"/>
          <w:sz w:val="24"/>
          <w:szCs w:val="24"/>
        </w:rPr>
        <w:t>Slanjem prijave potvrđujem saglasnost sa sledećim uslovima:</w:t>
      </w:r>
    </w:p>
    <w:p w14:paraId="2CEFE9C4" w14:textId="77777777" w:rsidR="001F2E74" w:rsidRPr="00D1335D" w:rsidRDefault="00A1556E">
      <w:pPr>
        <w:rPr>
          <w:sz w:val="24"/>
          <w:szCs w:val="24"/>
        </w:rPr>
      </w:pPr>
      <w:r w:rsidRPr="00D1335D">
        <w:rPr>
          <w:rFonts w:ascii="Cambria" w:hAnsi="Cambria"/>
          <w:sz w:val="24"/>
          <w:szCs w:val="24"/>
        </w:rPr>
        <w:t>• Izvršene uplate su neopozive. U slučaju nedolaska na seminar nije moguć povraćaj novca niti prenos uplate na drugi seminar.</w:t>
      </w:r>
    </w:p>
    <w:p w14:paraId="0AE7C552" w14:textId="77777777" w:rsidR="001F2E74" w:rsidRPr="00D1335D" w:rsidRDefault="00A1556E">
      <w:pPr>
        <w:rPr>
          <w:sz w:val="24"/>
          <w:szCs w:val="24"/>
        </w:rPr>
      </w:pPr>
      <w:r w:rsidRPr="00D1335D">
        <w:rPr>
          <w:rFonts w:ascii="Cambria" w:hAnsi="Cambria"/>
          <w:sz w:val="24"/>
          <w:szCs w:val="24"/>
        </w:rPr>
        <w:t>• Organizator može fotografisati i snimati događaj i koristiti fotografije i snimke u promotivne svrhe (na sajtu, društvenim mrežama, štampanim materijalima i sl.), bez dodatne naknade.</w:t>
      </w:r>
    </w:p>
    <w:sectPr w:rsidR="001F2E74" w:rsidRPr="00D1335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20" w:right="864" w:bottom="900" w:left="864" w:header="24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A1CA" w14:textId="77777777" w:rsidR="0005378E" w:rsidRDefault="0005378E">
      <w:pPr>
        <w:spacing w:after="0" w:line="240" w:lineRule="auto"/>
      </w:pPr>
      <w:r>
        <w:separator/>
      </w:r>
    </w:p>
  </w:endnote>
  <w:endnote w:type="continuationSeparator" w:id="0">
    <w:p w14:paraId="508AD8AC" w14:textId="77777777" w:rsidR="0005378E" w:rsidRDefault="00053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B05" w14:textId="77777777" w:rsidR="00D1335D" w:rsidRDefault="00D1335D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F53D" w14:textId="77777777" w:rsidR="001F2E74" w:rsidRDefault="00A1556E">
    <w:pPr>
      <w:spacing w:after="35"/>
      <w:jc w:val="center"/>
    </w:pPr>
    <w:r>
      <w:rPr>
        <w:rFonts w:ascii="Cambria" w:hAnsi="Cambria"/>
        <w:b/>
        <w:color w:val="3F6087"/>
      </w:rPr>
      <w:t xml:space="preserve">PUBLIC AKTIV d.o.o.  |  </w:t>
    </w:r>
    <w:proofErr w:type="spellStart"/>
    <w:r>
      <w:rPr>
        <w:rFonts w:ascii="Cambria" w:hAnsi="Cambria"/>
        <w:b/>
        <w:color w:val="3F6087"/>
      </w:rPr>
      <w:t>Braće</w:t>
    </w:r>
    <w:proofErr w:type="spellEnd"/>
    <w:r>
      <w:rPr>
        <w:rFonts w:ascii="Cambria" w:hAnsi="Cambria"/>
        <w:b/>
        <w:color w:val="3F6087"/>
      </w:rPr>
      <w:t xml:space="preserve"> </w:t>
    </w:r>
    <w:proofErr w:type="spellStart"/>
    <w:r>
      <w:rPr>
        <w:rFonts w:ascii="Cambria" w:hAnsi="Cambria"/>
        <w:b/>
        <w:color w:val="3F6087"/>
      </w:rPr>
      <w:t>Jugovića</w:t>
    </w:r>
    <w:proofErr w:type="spellEnd"/>
    <w:r>
      <w:rPr>
        <w:rFonts w:ascii="Cambria" w:hAnsi="Cambria"/>
        <w:b/>
        <w:color w:val="3F6087"/>
      </w:rPr>
      <w:t xml:space="preserve"> 2a, Beograd</w:t>
    </w:r>
  </w:p>
  <w:p w14:paraId="567B243D" w14:textId="77777777" w:rsidR="001F2E74" w:rsidRDefault="00A1556E">
    <w:pPr>
      <w:spacing w:after="35"/>
      <w:jc w:val="center"/>
    </w:pPr>
    <w:r>
      <w:rPr>
        <w:rFonts w:ascii="Cambria" w:hAnsi="Cambria"/>
        <w:color w:val="3F6087"/>
      </w:rPr>
      <w:t>www.publicaktiv.com  •  office@publicaktiv.com  •  065/649-2534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DA3C" w14:textId="77777777" w:rsidR="00D1335D" w:rsidRDefault="00D1335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1043" w14:textId="77777777" w:rsidR="0005378E" w:rsidRDefault="0005378E">
      <w:pPr>
        <w:spacing w:after="0" w:line="240" w:lineRule="auto"/>
      </w:pPr>
      <w:r>
        <w:separator/>
      </w:r>
    </w:p>
  </w:footnote>
  <w:footnote w:type="continuationSeparator" w:id="0">
    <w:p w14:paraId="1268A0FF" w14:textId="77777777" w:rsidR="0005378E" w:rsidRDefault="00053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856B" w14:textId="77777777" w:rsidR="00D1335D" w:rsidRDefault="00D1335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0EF5" w14:textId="77777777" w:rsidR="006901A0" w:rsidRPr="0041048B" w:rsidRDefault="00A1556E">
    <w:pPr>
      <w:shd w:val="clear" w:color="auto" w:fill="3F6087"/>
      <w:spacing w:after="160"/>
      <w:jc w:val="center"/>
      <w:rPr>
        <w:rFonts w:asciiTheme="minorHAnsi" w:hAnsiTheme="minorHAnsi"/>
      </w:rPr>
    </w:pPr>
    <w:r w:rsidRPr="0041048B">
      <w:rPr>
        <w:rFonts w:asciiTheme="minorHAnsi" w:hAnsiTheme="minorHAnsi"/>
        <w:noProof/>
      </w:rPr>
      <w:drawing>
        <wp:inline distT="0" distB="0" distL="0" distR="0" wp14:anchorId="0ED67153" wp14:editId="29B5AB07">
          <wp:extent cx="1463040" cy="4155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415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48D0" w14:textId="77777777" w:rsidR="00D1335D" w:rsidRDefault="00D1335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8E4187"/>
    <w:multiLevelType w:val="multilevel"/>
    <w:tmpl w:val="3B409ABC"/>
    <w:lvl w:ilvl="0">
      <w:start w:val="1"/>
      <w:numFmt w:val="decimal"/>
      <w:pStyle w:val="Znakzanabrajanjenalisti"/>
      <w:suff w:val="nothing"/>
      <w:lvlText w:val="%1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5059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78E"/>
    <w:rsid w:val="0006063C"/>
    <w:rsid w:val="00085599"/>
    <w:rsid w:val="0015074B"/>
    <w:rsid w:val="001F2E74"/>
    <w:rsid w:val="0029639D"/>
    <w:rsid w:val="00326F90"/>
    <w:rsid w:val="00371B9A"/>
    <w:rsid w:val="0039053E"/>
    <w:rsid w:val="0041048B"/>
    <w:rsid w:val="004A1A0F"/>
    <w:rsid w:val="005C31F3"/>
    <w:rsid w:val="006901A0"/>
    <w:rsid w:val="006953D2"/>
    <w:rsid w:val="006F20C4"/>
    <w:rsid w:val="00787FEE"/>
    <w:rsid w:val="00834967"/>
    <w:rsid w:val="00953AC9"/>
    <w:rsid w:val="009B442E"/>
    <w:rsid w:val="00A1556E"/>
    <w:rsid w:val="00A338B4"/>
    <w:rsid w:val="00AA1D8D"/>
    <w:rsid w:val="00B234E2"/>
    <w:rsid w:val="00B47730"/>
    <w:rsid w:val="00CB0664"/>
    <w:rsid w:val="00D1335D"/>
    <w:rsid w:val="00FC693F"/>
    <w:rsid w:val="00FE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B1297"/>
  <w14:defaultImageDpi w14:val="300"/>
  <w15:docId w15:val="{4684BB35-159F-4CF6-9215-6987C6AE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24466D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PublicAktivUnos"/>
        <w:style w:val="Normal"/>
        <w:category>
          <w:name w:val="General"/>
          <w:gallery w:val="placeholder"/>
        </w:category>
        <w:behaviors>
          <w:behavior w:val="content"/>
        </w:behaviors>
        <w:guid w:val="{C4001BE4-7539-4246-8A86-6F556DE1E344}"/>
      </w:docPartPr>
      <w:docPartBody>
        <w:p w:rsidR="007B688C" w:rsidRDefault="0096359A">
          <w:r>
            <w:t>Kliknite za unos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8C"/>
    <w:rsid w:val="00326CD9"/>
    <w:rsid w:val="007A4FBA"/>
    <w:rsid w:val="007B688C"/>
    <w:rsid w:val="00922951"/>
    <w:rsid w:val="0096359A"/>
    <w:rsid w:val="009B442E"/>
    <w:rsid w:val="00B2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publicaktivtabla@gmail.com</cp:lastModifiedBy>
  <cp:revision>11</cp:revision>
  <dcterms:created xsi:type="dcterms:W3CDTF">2026-10-08T11:39:00Z</dcterms:created>
  <dcterms:modified xsi:type="dcterms:W3CDTF">2026-10-08T16:41:00Z</dcterms:modified>
  <cp:category/>
</cp:coreProperties>
</file>